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A12A" w14:textId="77777777" w:rsidR="00292061" w:rsidRPr="007E7F64" w:rsidRDefault="000C15F7">
      <w:pPr>
        <w:spacing w:after="20"/>
        <w:rPr>
          <w:rFonts w:ascii="Segoe UI" w:hAnsi="Segoe UI" w:cs="Segoe UI"/>
          <w:color w:val="C00000"/>
        </w:rPr>
      </w:pPr>
      <w:r w:rsidRPr="007E7F64">
        <w:rPr>
          <w:rFonts w:ascii="Segoe UI" w:hAnsi="Segoe UI" w:cs="Segoe UI"/>
          <w:b/>
          <w:color w:val="C00000"/>
          <w:sz w:val="36"/>
        </w:rPr>
        <w:t>RÜCKMELDUNGSFORMULAR</w:t>
      </w:r>
    </w:p>
    <w:p w14:paraId="22D5A83F" w14:textId="77777777" w:rsidR="00292061" w:rsidRPr="00F10130" w:rsidRDefault="000C15F7">
      <w:pPr>
        <w:spacing w:after="200"/>
        <w:rPr>
          <w:rFonts w:ascii="Segoe UI" w:hAnsi="Segoe UI" w:cs="Segoe UI"/>
        </w:rPr>
      </w:pPr>
      <w:r w:rsidRPr="00F10130">
        <w:rPr>
          <w:rFonts w:ascii="Segoe UI" w:hAnsi="Segoe UI" w:cs="Segoe UI"/>
          <w:b/>
          <w:sz w:val="25"/>
        </w:rPr>
        <w:t>Ortsplanungsrevision Witterswil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292061" w:rsidRPr="00F10130" w14:paraId="5F421D0B" w14:textId="77777777">
        <w:trPr>
          <w:cantSplit/>
          <w:jc w:val="center"/>
        </w:trPr>
        <w:tc>
          <w:tcPr>
            <w:tcW w:w="9638" w:type="dxa"/>
            <w:tcBorders>
              <w:top w:val="single" w:sz="6" w:space="0" w:color="D7DEE8"/>
              <w:left w:val="single" w:sz="6" w:space="0" w:color="D7DEE8"/>
              <w:bottom w:val="single" w:sz="6" w:space="0" w:color="D7DEE8"/>
              <w:right w:val="single" w:sz="6" w:space="0" w:color="D7DEE8"/>
            </w:tcBorders>
            <w:shd w:val="clear" w:color="auto" w:fill="F2F5F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79A42BA6" w14:textId="77777777" w:rsidR="00292061" w:rsidRPr="00B7003D" w:rsidRDefault="000C15F7">
            <w:pPr>
              <w:rPr>
                <w:rFonts w:ascii="Segoe UI" w:hAnsi="Segoe UI" w:cs="Segoe UI"/>
                <w:lang w:val="de-LI"/>
              </w:rPr>
            </w:pPr>
            <w:r w:rsidRPr="00B7003D">
              <w:rPr>
                <w:rFonts w:ascii="Segoe UI" w:hAnsi="Segoe UI" w:cs="Segoe UI"/>
                <w:b/>
                <w:lang w:val="de-LI"/>
              </w:rPr>
              <w:t>Vielen Dank, dass Sie sich an der Mitwirkung zur Ortsplanungsrevision beteiligen.</w:t>
            </w:r>
          </w:p>
          <w:p w14:paraId="2A2B6EB0" w14:textId="77777777" w:rsidR="00292061" w:rsidRPr="00F10130" w:rsidRDefault="000C15F7">
            <w:pPr>
              <w:spacing w:after="0"/>
              <w:rPr>
                <w:rFonts w:ascii="Segoe UI" w:hAnsi="Segoe UI" w:cs="Segoe UI"/>
              </w:rPr>
            </w:pPr>
            <w:r w:rsidRPr="00B7003D">
              <w:rPr>
                <w:rFonts w:ascii="Segoe UI" w:hAnsi="Segoe UI" w:cs="Segoe UI"/>
                <w:lang w:val="de-LI"/>
              </w:rPr>
              <w:t xml:space="preserve">Mit diesem Formular können Sie Anregungen, Fragen und Änderungsanträge zu den aufgelegten Planungsunterlagen einreichen. Bitte erfassen Sie für unterschiedliche Anliegen nach Möglichkeit je eine separate Rückmeldung. </w:t>
            </w:r>
            <w:r w:rsidRPr="00F10130">
              <w:rPr>
                <w:rFonts w:ascii="Segoe UI" w:hAnsi="Segoe UI" w:cs="Segoe UI"/>
              </w:rPr>
              <w:t xml:space="preserve">Dies </w:t>
            </w:r>
            <w:proofErr w:type="spellStart"/>
            <w:r w:rsidRPr="00F10130">
              <w:rPr>
                <w:rFonts w:ascii="Segoe UI" w:hAnsi="Segoe UI" w:cs="Segoe UI"/>
              </w:rPr>
              <w:t>erleichtert</w:t>
            </w:r>
            <w:proofErr w:type="spellEnd"/>
            <w:r w:rsidRPr="00F10130">
              <w:rPr>
                <w:rFonts w:ascii="Segoe UI" w:hAnsi="Segoe UI" w:cs="Segoe UI"/>
              </w:rPr>
              <w:t xml:space="preserve"> die </w:t>
            </w:r>
            <w:proofErr w:type="spellStart"/>
            <w:r w:rsidRPr="00F10130">
              <w:rPr>
                <w:rFonts w:ascii="Segoe UI" w:hAnsi="Segoe UI" w:cs="Segoe UI"/>
              </w:rPr>
              <w:t>Auswertung</w:t>
            </w:r>
            <w:proofErr w:type="spellEnd"/>
            <w:r w:rsidRPr="00F10130">
              <w:rPr>
                <w:rFonts w:ascii="Segoe UI" w:hAnsi="Segoe UI" w:cs="Segoe UI"/>
              </w:rPr>
              <w:t xml:space="preserve"> und Bearbeitung.</w:t>
            </w:r>
          </w:p>
        </w:tc>
      </w:tr>
    </w:tbl>
    <w:p w14:paraId="0661174D" w14:textId="77777777" w:rsidR="00292061" w:rsidRPr="00F10130" w:rsidRDefault="00292061">
      <w:pPr>
        <w:spacing w:after="20"/>
        <w:rPr>
          <w:rFonts w:ascii="Segoe UI" w:hAnsi="Segoe UI" w:cs="Segoe UI"/>
        </w:rPr>
      </w:pPr>
    </w:p>
    <w:p w14:paraId="55C79274" w14:textId="77777777" w:rsidR="00292061" w:rsidRPr="007E7F64" w:rsidRDefault="000C15F7">
      <w:pPr>
        <w:pStyle w:val="SectionHeading"/>
        <w:spacing w:before="180" w:after="100"/>
        <w:rPr>
          <w:rFonts w:ascii="Segoe UI" w:hAnsi="Segoe UI" w:cs="Segoe UI"/>
          <w:color w:val="C00000"/>
        </w:rPr>
      </w:pPr>
      <w:r w:rsidRPr="007E7F64">
        <w:rPr>
          <w:rFonts w:ascii="Segoe UI" w:hAnsi="Segoe UI" w:cs="Segoe UI"/>
          <w:color w:val="C00000"/>
        </w:rPr>
        <w:t>1  Angaben zur Person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92061" w:rsidRPr="00F10130" w14:paraId="751CFD9F" w14:textId="77777777">
        <w:trPr>
          <w:cantSplit/>
          <w:jc w:val="center"/>
        </w:trPr>
        <w:tc>
          <w:tcPr>
            <w:tcW w:w="4819" w:type="dxa"/>
            <w:tcBorders>
              <w:top w:val="single" w:sz="6" w:space="0" w:color="D9DEE7"/>
              <w:left w:val="single" w:sz="6" w:space="0" w:color="D9DEE7"/>
              <w:bottom w:val="single" w:sz="6" w:space="0" w:color="D9DEE7"/>
              <w:right w:val="single" w:sz="6" w:space="0" w:color="D9DEE7"/>
            </w:tcBorders>
            <w:shd w:val="clear" w:color="auto" w:fill="F7F8F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4A4FCB" w14:textId="77777777" w:rsidR="00292061" w:rsidRPr="00F10130" w:rsidRDefault="000C15F7">
            <w:pPr>
              <w:rPr>
                <w:rFonts w:ascii="Segoe UI" w:hAnsi="Segoe UI" w:cs="Segoe UI"/>
              </w:rPr>
            </w:pPr>
            <w:r w:rsidRPr="00F10130">
              <w:rPr>
                <w:rFonts w:ascii="Segoe UI" w:hAnsi="Segoe UI" w:cs="Segoe UI"/>
                <w:b/>
                <w:sz w:val="19"/>
              </w:rPr>
              <w:t>Vorname / Nachname</w:t>
            </w:r>
          </w:p>
        </w:tc>
        <w:tc>
          <w:tcPr>
            <w:tcW w:w="4819" w:type="dxa"/>
            <w:tcBorders>
              <w:top w:val="single" w:sz="6" w:space="0" w:color="D9DEE7"/>
              <w:left w:val="single" w:sz="6" w:space="0" w:color="D9DEE7"/>
              <w:bottom w:val="single" w:sz="6" w:space="0" w:color="D9DEE7"/>
              <w:right w:val="single" w:sz="6" w:space="0" w:color="D9DEE7"/>
            </w:tcBorders>
            <w:shd w:val="clear" w:color="auto" w:fill="F7F8F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E40EEB" w14:textId="77777777" w:rsidR="00292061" w:rsidRPr="00F10130" w:rsidRDefault="000C15F7">
            <w:pPr>
              <w:rPr>
                <w:rFonts w:ascii="Segoe UI" w:hAnsi="Segoe UI" w:cs="Segoe UI"/>
              </w:rPr>
            </w:pPr>
            <w:r w:rsidRPr="00F10130">
              <w:rPr>
                <w:rFonts w:ascii="Segoe UI" w:hAnsi="Segoe UI" w:cs="Segoe UI"/>
                <w:b/>
                <w:sz w:val="19"/>
              </w:rPr>
              <w:t>E-Mail-Adresse</w:t>
            </w:r>
          </w:p>
        </w:tc>
      </w:tr>
      <w:tr w:rsidR="00292061" w:rsidRPr="00F10130" w14:paraId="19742F11" w14:textId="77777777">
        <w:trPr>
          <w:cantSplit/>
          <w:jc w:val="center"/>
        </w:trPr>
        <w:tc>
          <w:tcPr>
            <w:tcW w:w="4819" w:type="dxa"/>
            <w:tcBorders>
              <w:top w:val="single" w:sz="8" w:space="0" w:color="C7CED8"/>
              <w:left w:val="single" w:sz="8" w:space="0" w:color="C7CED8"/>
              <w:bottom w:val="single" w:sz="8" w:space="0" w:color="C7CED8"/>
              <w:right w:val="single" w:sz="8" w:space="0" w:color="C7CED8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43ABC10" w14:textId="77777777" w:rsidR="00292061" w:rsidRPr="00F10130" w:rsidRDefault="00626DAD">
            <w:p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NAME"/>
                <w:tag w:val="NAME"/>
                <w:id w:val="1970236960"/>
                <w:showingPlcHdr/>
                <w:text/>
              </w:sdtPr>
              <w:sdtEndPr/>
              <w:sdtContent>
                <w:r w:rsidR="000C15F7" w:rsidRPr="00F10130">
                  <w:rPr>
                    <w:rFonts w:ascii="Segoe UI" w:hAnsi="Segoe UI" w:cs="Segoe UI"/>
                    <w:i/>
                    <w:color w:val="7A8493"/>
                  </w:rPr>
                  <w:t>Hier eingeben ...</w:t>
                </w:r>
              </w:sdtContent>
            </w:sdt>
          </w:p>
        </w:tc>
        <w:tc>
          <w:tcPr>
            <w:tcW w:w="4819" w:type="dxa"/>
            <w:tcBorders>
              <w:top w:val="single" w:sz="8" w:space="0" w:color="C7CED8"/>
              <w:left w:val="single" w:sz="8" w:space="0" w:color="C7CED8"/>
              <w:bottom w:val="single" w:sz="8" w:space="0" w:color="C7CED8"/>
              <w:right w:val="single" w:sz="8" w:space="0" w:color="C7CED8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C4DA308" w14:textId="77777777" w:rsidR="00292061" w:rsidRPr="00F10130" w:rsidRDefault="00626DAD">
            <w:p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EMAIL"/>
                <w:tag w:val="EMAIL"/>
                <w:id w:val="451598709"/>
                <w:showingPlcHdr/>
                <w:text/>
              </w:sdtPr>
              <w:sdtEndPr/>
              <w:sdtContent>
                <w:r w:rsidR="000C15F7" w:rsidRPr="00F10130">
                  <w:rPr>
                    <w:rFonts w:ascii="Segoe UI" w:hAnsi="Segoe UI" w:cs="Segoe UI"/>
                    <w:i/>
                    <w:color w:val="7A8493"/>
                  </w:rPr>
                  <w:t>Hier eingeben ...</w:t>
                </w:r>
              </w:sdtContent>
            </w:sdt>
          </w:p>
        </w:tc>
      </w:tr>
    </w:tbl>
    <w:p w14:paraId="193E6BC1" w14:textId="77777777" w:rsidR="00292061" w:rsidRPr="00F10130" w:rsidRDefault="00292061">
      <w:pPr>
        <w:spacing w:after="40"/>
        <w:rPr>
          <w:rFonts w:ascii="Segoe UI" w:hAnsi="Segoe UI" w:cs="Segoe UI"/>
        </w:rPr>
      </w:pPr>
    </w:p>
    <w:p w14:paraId="0AB89705" w14:textId="77777777" w:rsidR="00292061" w:rsidRPr="007E7F64" w:rsidRDefault="000C15F7">
      <w:pPr>
        <w:pStyle w:val="SectionHeading"/>
        <w:spacing w:before="180" w:after="100"/>
        <w:rPr>
          <w:rFonts w:ascii="Segoe UI" w:hAnsi="Segoe UI" w:cs="Segoe UI"/>
          <w:color w:val="C00000"/>
        </w:rPr>
      </w:pPr>
      <w:r w:rsidRPr="007E7F64">
        <w:rPr>
          <w:rFonts w:ascii="Segoe UI" w:hAnsi="Segoe UI" w:cs="Segoe UI"/>
          <w:color w:val="C00000"/>
        </w:rPr>
        <w:t>2  Bezug der Rückmeldung</w:t>
      </w:r>
    </w:p>
    <w:p w14:paraId="66864E5D" w14:textId="77777777" w:rsidR="00292061" w:rsidRPr="00B7003D" w:rsidRDefault="000C15F7">
      <w:pPr>
        <w:spacing w:after="100"/>
        <w:rPr>
          <w:rFonts w:ascii="Segoe UI" w:hAnsi="Segoe UI" w:cs="Segoe UI"/>
          <w:lang w:val="de-LI"/>
        </w:rPr>
      </w:pPr>
      <w:r w:rsidRPr="00B7003D">
        <w:rPr>
          <w:rFonts w:ascii="Segoe UI" w:hAnsi="Segoe UI" w:cs="Segoe UI"/>
          <w:b/>
          <w:lang w:val="de-LI"/>
        </w:rPr>
        <w:t>Auf welches Dokument bezieht sich Ihre Rückmeldung?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92061" w:rsidRPr="00B7003D" w14:paraId="5314AB44" w14:textId="77777777">
        <w:trPr>
          <w:cantSplit/>
          <w:jc w:val="center"/>
        </w:trPr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7944CA" w14:textId="60AF373F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DOC1"/>
                <w:tag w:val="DOC1"/>
                <w:id w:val="-85033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ABA">
                  <w:rPr>
                    <w:rFonts w:ascii="MS Gothic" w:eastAsia="MS Gothic" w:hAnsi="MS Gothic" w:cs="Segoe UI" w:hint="eastAsia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Bauzonen- und </w:t>
            </w:r>
            <w:proofErr w:type="spellStart"/>
            <w:r w:rsidR="000C15F7" w:rsidRPr="00F10130">
              <w:rPr>
                <w:rFonts w:ascii="Segoe UI" w:hAnsi="Segoe UI" w:cs="Segoe UI"/>
              </w:rPr>
              <w:t>Gesamtplan</w:t>
            </w:r>
            <w:proofErr w:type="spellEnd"/>
            <w:r w:rsidR="000C15F7" w:rsidRPr="00F10130">
              <w:rPr>
                <w:rFonts w:ascii="Segoe UI" w:hAnsi="Segoe UI" w:cs="Segoe UI"/>
              </w:rPr>
              <w:t xml:space="preserve"> (1:2500)</w:t>
            </w:r>
          </w:p>
        </w:tc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50CEA7" w14:textId="77777777" w:rsidR="00292061" w:rsidRPr="00B7003D" w:rsidRDefault="00626DAD">
            <w:pPr>
              <w:spacing w:after="0"/>
              <w:rPr>
                <w:rFonts w:ascii="Segoe UI" w:hAnsi="Segoe UI" w:cs="Segoe UI"/>
                <w:lang w:val="de-LI"/>
              </w:rPr>
            </w:pPr>
            <w:sdt>
              <w:sdtPr>
                <w:rPr>
                  <w:rFonts w:ascii="Segoe UI" w:hAnsi="Segoe UI" w:cs="Segoe UI"/>
                  <w:lang w:val="de-LI"/>
                </w:rPr>
                <w:alias w:val="DOC2"/>
                <w:tag w:val="DOC2"/>
                <w:id w:val="64278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B7003D">
                  <w:rPr>
                    <w:rFonts w:ascii="Segoe UI Symbol" w:hAnsi="Segoe UI Symbol" w:cs="Segoe UI Symbol"/>
                    <w:lang w:val="de-LI"/>
                  </w:rPr>
                  <w:t>☐</w:t>
                </w:r>
              </w:sdtContent>
            </w:sdt>
            <w:r w:rsidR="000C15F7" w:rsidRPr="00B7003D">
              <w:rPr>
                <w:rFonts w:ascii="Segoe UI" w:hAnsi="Segoe UI" w:cs="Segoe UI"/>
                <w:lang w:val="de-LI"/>
              </w:rPr>
              <w:t xml:space="preserve">  Erschliessungs- und Baulinienplan mit Strassenklassierungen (1:2500)</w:t>
            </w:r>
          </w:p>
        </w:tc>
      </w:tr>
      <w:tr w:rsidR="00292061" w:rsidRPr="00F10130" w14:paraId="3A995DBA" w14:textId="77777777">
        <w:trPr>
          <w:cantSplit/>
          <w:jc w:val="center"/>
        </w:trPr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FB3E4C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DOC3"/>
                <w:tag w:val="DOC3"/>
                <w:id w:val="842049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</w:t>
            </w:r>
            <w:proofErr w:type="spellStart"/>
            <w:r w:rsidR="000C15F7" w:rsidRPr="00F10130">
              <w:rPr>
                <w:rFonts w:ascii="Segoe UI" w:hAnsi="Segoe UI" w:cs="Segoe UI"/>
              </w:rPr>
              <w:t>Gefahrenkarte</w:t>
            </w:r>
            <w:proofErr w:type="spellEnd"/>
            <w:r w:rsidR="000C15F7" w:rsidRPr="00F10130">
              <w:rPr>
                <w:rFonts w:ascii="Segoe UI" w:hAnsi="Segoe UI" w:cs="Segoe UI"/>
              </w:rPr>
              <w:t xml:space="preserve"> (1:2500)</w:t>
            </w:r>
          </w:p>
        </w:tc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91C758" w14:textId="718A8BC1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DOC4"/>
                <w:tag w:val="DOC4"/>
                <w:id w:val="-66486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Zonenreglement und Tabelle Baumasse</w:t>
            </w:r>
          </w:p>
        </w:tc>
      </w:tr>
      <w:tr w:rsidR="00292061" w:rsidRPr="00F10130" w14:paraId="4510B78E" w14:textId="77777777">
        <w:trPr>
          <w:cantSplit/>
          <w:jc w:val="center"/>
        </w:trPr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AD6BA2" w14:textId="6B20641F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DOC5"/>
                <w:tag w:val="DOC5"/>
                <w:id w:val="-156301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Baureglement </w:t>
            </w:r>
          </w:p>
        </w:tc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06EF22" w14:textId="3F4F907D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DOC6"/>
                <w:tag w:val="DOC6"/>
                <w:id w:val="-26718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F64">
                  <w:rPr>
                    <w:rFonts w:ascii="MS Gothic" w:eastAsia="MS Gothic" w:hAnsi="MS Gothic" w:cs="Segoe UI" w:hint="eastAsia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Kantonale Baulinienpläne</w:t>
            </w:r>
          </w:p>
        </w:tc>
      </w:tr>
      <w:tr w:rsidR="00292061" w:rsidRPr="00F10130" w14:paraId="44B158A7" w14:textId="77777777">
        <w:trPr>
          <w:cantSplit/>
          <w:jc w:val="center"/>
        </w:trPr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5E9203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DOC7"/>
                <w:tag w:val="DOC7"/>
                <w:id w:val="22951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Anderes Dokument / allgemeine Rückmeldung</w:t>
            </w:r>
          </w:p>
        </w:tc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144540" w14:textId="77777777" w:rsidR="00292061" w:rsidRPr="00F10130" w:rsidRDefault="00292061">
            <w:pPr>
              <w:rPr>
                <w:rFonts w:ascii="Segoe UI" w:hAnsi="Segoe UI" w:cs="Segoe UI"/>
              </w:rPr>
            </w:pPr>
          </w:p>
        </w:tc>
      </w:tr>
    </w:tbl>
    <w:p w14:paraId="62A2E58B" w14:textId="77777777" w:rsidR="00292061" w:rsidRPr="00F10130" w:rsidRDefault="00292061">
      <w:pPr>
        <w:spacing w:after="20"/>
        <w:rPr>
          <w:rFonts w:ascii="Segoe UI" w:hAnsi="Segoe UI" w:cs="Segoe UI"/>
        </w:rPr>
      </w:pPr>
    </w:p>
    <w:p w14:paraId="1E4CEE66" w14:textId="2BD961F9" w:rsidR="00292061" w:rsidRPr="00F10130" w:rsidRDefault="000C15F7">
      <w:pPr>
        <w:keepNext/>
        <w:spacing w:after="60"/>
        <w:rPr>
          <w:rFonts w:ascii="Segoe UI" w:hAnsi="Segoe UI" w:cs="Segoe UI"/>
        </w:rPr>
      </w:pPr>
      <w:r w:rsidRPr="00F10130">
        <w:rPr>
          <w:rFonts w:ascii="Segoe UI" w:hAnsi="Segoe UI" w:cs="Segoe UI"/>
          <w:b/>
        </w:rPr>
        <w:t xml:space="preserve">Kapitel </w:t>
      </w:r>
      <w:r w:rsidR="007E7F64">
        <w:rPr>
          <w:rFonts w:ascii="Segoe UI" w:hAnsi="Segoe UI" w:cs="Segoe UI"/>
          <w:b/>
        </w:rPr>
        <w:t xml:space="preserve">in </w:t>
      </w:r>
      <w:proofErr w:type="gramStart"/>
      <w:r w:rsidR="007E7F64">
        <w:rPr>
          <w:rFonts w:ascii="Segoe UI" w:hAnsi="Segoe UI" w:cs="Segoe UI"/>
          <w:b/>
        </w:rPr>
        <w:t>Planungsbericht</w:t>
      </w:r>
      <w:r w:rsidRPr="00F10130">
        <w:rPr>
          <w:rFonts w:ascii="Segoe UI" w:hAnsi="Segoe UI" w:cs="Segoe UI"/>
          <w:i/>
          <w:color w:val="69707A"/>
          <w:sz w:val="18"/>
        </w:rPr>
        <w:t xml:space="preserve">  soweit</w:t>
      </w:r>
      <w:proofErr w:type="gramEnd"/>
      <w:r w:rsidRPr="00F10130">
        <w:rPr>
          <w:rFonts w:ascii="Segoe UI" w:hAnsi="Segoe UI" w:cs="Segoe UI"/>
          <w:i/>
          <w:color w:val="69707A"/>
          <w:sz w:val="18"/>
        </w:rPr>
        <w:t xml:space="preserve"> bekannt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292061" w:rsidRPr="00F10130" w14:paraId="4585896C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C7CED8"/>
              <w:left w:val="single" w:sz="8" w:space="0" w:color="C7CED8"/>
              <w:bottom w:val="single" w:sz="8" w:space="0" w:color="C7CED8"/>
              <w:right w:val="single" w:sz="8" w:space="0" w:color="C7CED8"/>
            </w:tcBorders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08627DEC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KAPITEL"/>
                <w:tag w:val="KAPITEL"/>
                <w:id w:val="-1060247765"/>
                <w:showingPlcHdr/>
                <w:text/>
              </w:sdtPr>
              <w:sdtEndPr/>
              <w:sdtContent>
                <w:r w:rsidR="000C15F7" w:rsidRPr="00F10130">
                  <w:rPr>
                    <w:rFonts w:ascii="Segoe UI" w:hAnsi="Segoe UI" w:cs="Segoe UI"/>
                    <w:i/>
                    <w:color w:val="7A8493"/>
                  </w:rPr>
                  <w:t>Hier eingeben ...</w:t>
                </w:r>
              </w:sdtContent>
            </w:sdt>
          </w:p>
        </w:tc>
      </w:tr>
    </w:tbl>
    <w:p w14:paraId="2EF5C10A" w14:textId="77777777" w:rsidR="00292061" w:rsidRPr="00F10130" w:rsidRDefault="00292061">
      <w:pPr>
        <w:spacing w:after="20"/>
        <w:rPr>
          <w:rFonts w:ascii="Segoe UI" w:hAnsi="Segoe UI" w:cs="Segoe UI"/>
        </w:rPr>
      </w:pPr>
    </w:p>
    <w:p w14:paraId="24FB5714" w14:textId="77777777" w:rsidR="00292061" w:rsidRPr="00B7003D" w:rsidRDefault="000C15F7">
      <w:pPr>
        <w:keepNext/>
        <w:spacing w:after="60"/>
        <w:rPr>
          <w:rFonts w:ascii="Segoe UI" w:hAnsi="Segoe UI" w:cs="Segoe UI"/>
          <w:lang w:val="de-LI"/>
        </w:rPr>
      </w:pPr>
      <w:r w:rsidRPr="00B7003D">
        <w:rPr>
          <w:rFonts w:ascii="Segoe UI" w:hAnsi="Segoe UI" w:cs="Segoe UI"/>
          <w:b/>
          <w:lang w:val="de-LI"/>
        </w:rPr>
        <w:t xml:space="preserve">Gebiet / Parzellennummer / </w:t>
      </w:r>
      <w:proofErr w:type="gramStart"/>
      <w:r w:rsidRPr="00B7003D">
        <w:rPr>
          <w:rFonts w:ascii="Segoe UI" w:hAnsi="Segoe UI" w:cs="Segoe UI"/>
          <w:b/>
          <w:lang w:val="de-LI"/>
        </w:rPr>
        <w:t>Adresse</w:t>
      </w:r>
      <w:r w:rsidRPr="00B7003D">
        <w:rPr>
          <w:rFonts w:ascii="Segoe UI" w:hAnsi="Segoe UI" w:cs="Segoe UI"/>
          <w:i/>
          <w:color w:val="69707A"/>
          <w:sz w:val="18"/>
          <w:lang w:val="de-LI"/>
        </w:rPr>
        <w:t xml:space="preserve">  falls</w:t>
      </w:r>
      <w:proofErr w:type="gramEnd"/>
      <w:r w:rsidRPr="00B7003D">
        <w:rPr>
          <w:rFonts w:ascii="Segoe UI" w:hAnsi="Segoe UI" w:cs="Segoe UI"/>
          <w:i/>
          <w:color w:val="69707A"/>
          <w:sz w:val="18"/>
          <w:lang w:val="de-LI"/>
        </w:rPr>
        <w:t xml:space="preserve"> räumlich verortbar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292061" w:rsidRPr="00F10130" w14:paraId="49C396B1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C7CED8"/>
              <w:left w:val="single" w:sz="8" w:space="0" w:color="C7CED8"/>
              <w:bottom w:val="single" w:sz="8" w:space="0" w:color="C7CED8"/>
              <w:right w:val="single" w:sz="8" w:space="0" w:color="C7CED8"/>
            </w:tcBorders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594867D1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ORT"/>
                <w:tag w:val="ORT"/>
                <w:id w:val="-864128151"/>
                <w:showingPlcHdr/>
                <w:text/>
              </w:sdtPr>
              <w:sdtEndPr/>
              <w:sdtContent>
                <w:r w:rsidR="000C15F7" w:rsidRPr="00F10130">
                  <w:rPr>
                    <w:rFonts w:ascii="Segoe UI" w:hAnsi="Segoe UI" w:cs="Segoe UI"/>
                    <w:i/>
                    <w:color w:val="7A8493"/>
                  </w:rPr>
                  <w:t>Hier eingeben ...</w:t>
                </w:r>
              </w:sdtContent>
            </w:sdt>
          </w:p>
        </w:tc>
      </w:tr>
    </w:tbl>
    <w:p w14:paraId="6F78CF00" w14:textId="77777777" w:rsidR="00292061" w:rsidRPr="00F10130" w:rsidRDefault="00292061">
      <w:pPr>
        <w:spacing w:after="20"/>
        <w:rPr>
          <w:rFonts w:ascii="Segoe UI" w:hAnsi="Segoe UI" w:cs="Segoe UI"/>
        </w:rPr>
      </w:pPr>
    </w:p>
    <w:p w14:paraId="08AA36E1" w14:textId="77777777" w:rsidR="00292061" w:rsidRPr="00F10130" w:rsidRDefault="000C15F7">
      <w:pPr>
        <w:rPr>
          <w:rFonts w:ascii="Segoe UI" w:hAnsi="Segoe UI" w:cs="Segoe UI"/>
        </w:rPr>
      </w:pPr>
      <w:r w:rsidRPr="00F10130">
        <w:rPr>
          <w:rFonts w:ascii="Segoe UI" w:hAnsi="Segoe UI" w:cs="Segoe UI"/>
        </w:rPr>
        <w:br w:type="page"/>
      </w:r>
    </w:p>
    <w:p w14:paraId="0507FD3B" w14:textId="77777777" w:rsidR="00292061" w:rsidRPr="007E7F64" w:rsidRDefault="000C15F7">
      <w:pPr>
        <w:pStyle w:val="SectionHeading"/>
        <w:spacing w:before="180" w:after="100"/>
        <w:rPr>
          <w:rFonts w:ascii="Segoe UI" w:hAnsi="Segoe UI" w:cs="Segoe UI"/>
          <w:color w:val="C00000"/>
        </w:rPr>
      </w:pPr>
      <w:r w:rsidRPr="007E7F64">
        <w:rPr>
          <w:rFonts w:ascii="Segoe UI" w:hAnsi="Segoe UI" w:cs="Segoe UI"/>
          <w:color w:val="C00000"/>
        </w:rPr>
        <w:lastRenderedPageBreak/>
        <w:t>3  Art der Betroffenheit</w:t>
      </w:r>
    </w:p>
    <w:p w14:paraId="1E8A6959" w14:textId="77777777" w:rsidR="00292061" w:rsidRPr="00F10130" w:rsidRDefault="000C15F7">
      <w:pPr>
        <w:spacing w:after="100"/>
        <w:rPr>
          <w:rFonts w:ascii="Segoe UI" w:hAnsi="Segoe UI" w:cs="Segoe UI"/>
        </w:rPr>
      </w:pPr>
      <w:r w:rsidRPr="00B7003D">
        <w:rPr>
          <w:rFonts w:ascii="Segoe UI" w:hAnsi="Segoe UI" w:cs="Segoe UI"/>
          <w:lang w:val="de-LI"/>
        </w:rPr>
        <w:t xml:space="preserve">Bitte wählen Sie die zutreffende Betroffenheit aus. </w:t>
      </w:r>
      <w:proofErr w:type="spellStart"/>
      <w:r w:rsidRPr="00F10130">
        <w:rPr>
          <w:rFonts w:ascii="Segoe UI" w:hAnsi="Segoe UI" w:cs="Segoe UI"/>
        </w:rPr>
        <w:t>Mehrfachauswahl</w:t>
      </w:r>
      <w:proofErr w:type="spellEnd"/>
      <w:r w:rsidRPr="00F10130">
        <w:rPr>
          <w:rFonts w:ascii="Segoe UI" w:hAnsi="Segoe UI" w:cs="Segoe UI"/>
        </w:rPr>
        <w:t xml:space="preserve"> </w:t>
      </w:r>
      <w:proofErr w:type="spellStart"/>
      <w:r w:rsidRPr="00F10130">
        <w:rPr>
          <w:rFonts w:ascii="Segoe UI" w:hAnsi="Segoe UI" w:cs="Segoe UI"/>
        </w:rPr>
        <w:t>ist</w:t>
      </w:r>
      <w:proofErr w:type="spellEnd"/>
      <w:r w:rsidRPr="00F10130">
        <w:rPr>
          <w:rFonts w:ascii="Segoe UI" w:hAnsi="Segoe UI" w:cs="Segoe UI"/>
        </w:rPr>
        <w:t xml:space="preserve"> </w:t>
      </w:r>
      <w:proofErr w:type="spellStart"/>
      <w:r w:rsidRPr="00F10130">
        <w:rPr>
          <w:rFonts w:ascii="Segoe UI" w:hAnsi="Segoe UI" w:cs="Segoe UI"/>
        </w:rPr>
        <w:t>möglich</w:t>
      </w:r>
      <w:proofErr w:type="spellEnd"/>
      <w:r w:rsidRPr="00F10130">
        <w:rPr>
          <w:rFonts w:ascii="Segoe UI" w:hAnsi="Segoe UI" w:cs="Segoe UI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92061" w:rsidRPr="00F10130" w14:paraId="3D725A90" w14:textId="77777777">
        <w:trPr>
          <w:cantSplit/>
          <w:jc w:val="center"/>
        </w:trPr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F8358D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BET1"/>
                <w:tag w:val="BET1"/>
                <w:id w:val="-46435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Grundeigentümerschaft</w:t>
            </w:r>
          </w:p>
        </w:tc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2B413B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BET2"/>
                <w:tag w:val="BET2"/>
                <w:id w:val="-198776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Mieterschaft</w:t>
            </w:r>
          </w:p>
        </w:tc>
      </w:tr>
      <w:tr w:rsidR="00292061" w:rsidRPr="00F10130" w14:paraId="3F24D439" w14:textId="77777777">
        <w:trPr>
          <w:cantSplit/>
          <w:jc w:val="center"/>
        </w:trPr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090FE4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BET3"/>
                <w:tag w:val="BET3"/>
                <w:id w:val="-2007884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Gewerbe / Unternehmen</w:t>
            </w:r>
          </w:p>
        </w:tc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B385E7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BET4"/>
                <w:tag w:val="BET4"/>
                <w:id w:val="47450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Organisation / Verein</w:t>
            </w:r>
          </w:p>
        </w:tc>
      </w:tr>
      <w:tr w:rsidR="00292061" w:rsidRPr="00F10130" w14:paraId="573EA66A" w14:textId="77777777">
        <w:trPr>
          <w:cantSplit/>
          <w:jc w:val="center"/>
        </w:trPr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EE585E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BET5"/>
                <w:tag w:val="BET5"/>
                <w:id w:val="-172675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Allgemeines Interesse</w:t>
            </w:r>
          </w:p>
        </w:tc>
        <w:tc>
          <w:tcPr>
            <w:tcW w:w="4819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C0B078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BET6"/>
                <w:tag w:val="BET6"/>
                <w:id w:val="51998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Andere Betroffenheit</w:t>
            </w:r>
          </w:p>
        </w:tc>
      </w:tr>
    </w:tbl>
    <w:p w14:paraId="2CE6DADD" w14:textId="77777777" w:rsidR="007E7F64" w:rsidRPr="007E7F64" w:rsidRDefault="007E7F64" w:rsidP="007E7F64">
      <w:pPr>
        <w:spacing w:after="40"/>
        <w:rPr>
          <w:rFonts w:ascii="Segoe UI" w:hAnsi="Segoe UI" w:cs="Segoe UI"/>
        </w:rPr>
      </w:pPr>
    </w:p>
    <w:p w14:paraId="19831189" w14:textId="3D59ADEF" w:rsidR="00292061" w:rsidRPr="00B7003D" w:rsidRDefault="000C15F7">
      <w:pPr>
        <w:pStyle w:val="SectionHeading"/>
        <w:spacing w:before="180" w:after="100"/>
        <w:rPr>
          <w:rFonts w:ascii="Segoe UI" w:hAnsi="Segoe UI" w:cs="Segoe UI"/>
          <w:color w:val="C00000"/>
          <w:lang w:val="de-LI"/>
        </w:rPr>
      </w:pPr>
      <w:proofErr w:type="gramStart"/>
      <w:r w:rsidRPr="00B7003D">
        <w:rPr>
          <w:rFonts w:ascii="Segoe UI" w:hAnsi="Segoe UI" w:cs="Segoe UI"/>
          <w:color w:val="C00000"/>
          <w:lang w:val="de-LI"/>
        </w:rPr>
        <w:t>4  Rückmeldung</w:t>
      </w:r>
      <w:proofErr w:type="gramEnd"/>
    </w:p>
    <w:p w14:paraId="54446193" w14:textId="77777777" w:rsidR="00292061" w:rsidRPr="00B7003D" w:rsidRDefault="000C15F7">
      <w:pPr>
        <w:spacing w:after="100"/>
        <w:rPr>
          <w:rFonts w:ascii="Segoe UI" w:hAnsi="Segoe UI" w:cs="Segoe UI"/>
          <w:lang w:val="de-LI"/>
        </w:rPr>
      </w:pPr>
      <w:r w:rsidRPr="00B7003D">
        <w:rPr>
          <w:rFonts w:ascii="Segoe UI" w:hAnsi="Segoe UI" w:cs="Segoe UI"/>
          <w:b/>
          <w:lang w:val="de-LI"/>
        </w:rPr>
        <w:t>Wie ist Ihre Eingabe einzuordnen?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</w:tblGrid>
      <w:tr w:rsidR="00292061" w:rsidRPr="00F10130" w14:paraId="4B8378A8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E603611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ART1"/>
                <w:tag w:val="ART1"/>
                <w:id w:val="-54937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Frage</w:t>
            </w:r>
          </w:p>
        </w:tc>
        <w:tc>
          <w:tcPr>
            <w:tcW w:w="2381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C071912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ART2"/>
                <w:tag w:val="ART2"/>
                <w:id w:val="195505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Hinweis</w:t>
            </w:r>
          </w:p>
        </w:tc>
        <w:tc>
          <w:tcPr>
            <w:tcW w:w="2381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7599AC9" w14:textId="77777777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ART3"/>
                <w:tag w:val="ART3"/>
                <w:id w:val="144218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Anregung</w:t>
            </w:r>
          </w:p>
        </w:tc>
        <w:tc>
          <w:tcPr>
            <w:tcW w:w="2381" w:type="dxa"/>
            <w:tcBorders>
              <w:top w:val="single" w:sz="5" w:space="0" w:color="E2E6EC"/>
              <w:left w:val="single" w:sz="5" w:space="0" w:color="E2E6EC"/>
              <w:bottom w:val="single" w:sz="5" w:space="0" w:color="E2E6EC"/>
              <w:right w:val="single" w:sz="5" w:space="0" w:color="E2E6EC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393E34B" w14:textId="2E0D1DB9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ART4"/>
                <w:tag w:val="ART4"/>
                <w:id w:val="16127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5F7" w:rsidRPr="00F1013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t xml:space="preserve">  </w:t>
            </w:r>
            <w:proofErr w:type="spellStart"/>
            <w:r w:rsidR="000C15F7" w:rsidRPr="00F10130">
              <w:rPr>
                <w:rFonts w:ascii="Segoe UI" w:hAnsi="Segoe UI" w:cs="Segoe UI"/>
              </w:rPr>
              <w:t>Änderungs</w:t>
            </w:r>
            <w:r w:rsidR="00B7003D">
              <w:rPr>
                <w:rFonts w:ascii="Segoe UI" w:hAnsi="Segoe UI" w:cs="Segoe UI"/>
              </w:rPr>
              <w:t>wunsch</w:t>
            </w:r>
            <w:proofErr w:type="spellEnd"/>
          </w:p>
        </w:tc>
      </w:tr>
    </w:tbl>
    <w:p w14:paraId="0DB898A8" w14:textId="77777777" w:rsidR="00292061" w:rsidRPr="00F10130" w:rsidRDefault="00292061">
      <w:pPr>
        <w:spacing w:after="20"/>
        <w:rPr>
          <w:rFonts w:ascii="Segoe UI" w:hAnsi="Segoe UI" w:cs="Segoe UI"/>
        </w:rPr>
      </w:pPr>
    </w:p>
    <w:p w14:paraId="7DC50D6A" w14:textId="77777777" w:rsidR="00292061" w:rsidRPr="00B7003D" w:rsidRDefault="000C15F7">
      <w:pPr>
        <w:keepNext/>
        <w:spacing w:after="60"/>
        <w:rPr>
          <w:rFonts w:ascii="Segoe UI" w:hAnsi="Segoe UI" w:cs="Segoe UI"/>
          <w:lang w:val="de-LI"/>
        </w:rPr>
      </w:pPr>
      <w:r w:rsidRPr="00B7003D">
        <w:rPr>
          <w:rFonts w:ascii="Segoe UI" w:hAnsi="Segoe UI" w:cs="Segoe UI"/>
          <w:b/>
          <w:lang w:val="de-LI"/>
        </w:rPr>
        <w:t xml:space="preserve">Frage, Anliegen oder </w:t>
      </w:r>
      <w:proofErr w:type="gramStart"/>
      <w:r w:rsidRPr="00B7003D">
        <w:rPr>
          <w:rFonts w:ascii="Segoe UI" w:hAnsi="Segoe UI" w:cs="Segoe UI"/>
          <w:b/>
          <w:lang w:val="de-LI"/>
        </w:rPr>
        <w:t>Änderungsantrag</w:t>
      </w:r>
      <w:r w:rsidRPr="00B7003D">
        <w:rPr>
          <w:rFonts w:ascii="Segoe UI" w:hAnsi="Segoe UI" w:cs="Segoe UI"/>
          <w:i/>
          <w:color w:val="69707A"/>
          <w:sz w:val="18"/>
          <w:lang w:val="de-LI"/>
        </w:rPr>
        <w:t xml:space="preserve">  Bitte</w:t>
      </w:r>
      <w:proofErr w:type="gramEnd"/>
      <w:r w:rsidRPr="00B7003D">
        <w:rPr>
          <w:rFonts w:ascii="Segoe UI" w:hAnsi="Segoe UI" w:cs="Segoe UI"/>
          <w:i/>
          <w:color w:val="69707A"/>
          <w:sz w:val="18"/>
          <w:lang w:val="de-LI"/>
        </w:rPr>
        <w:t xml:space="preserve"> beschreiben Sie möglichst konkret, worum es Ihnen geht.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292061" w:rsidRPr="00F10130" w14:paraId="2AF58D47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C7CED8"/>
              <w:left w:val="single" w:sz="8" w:space="0" w:color="C7CED8"/>
              <w:bottom w:val="single" w:sz="8" w:space="0" w:color="C7CED8"/>
              <w:right w:val="single" w:sz="8" w:space="0" w:color="C7CED8"/>
            </w:tcBorders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0BA0980B" w14:textId="3032DB00" w:rsidR="00292061" w:rsidRPr="00F10130" w:rsidRDefault="00626DAD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alias w:val="RUECKMELDUNG"/>
                <w:tag w:val="RUECKMELDUNG"/>
                <w:id w:val="-621302339"/>
                <w:showingPlcHdr/>
                <w:text/>
              </w:sdtPr>
              <w:sdtEndPr/>
              <w:sdtContent>
                <w:r w:rsidR="000C15F7" w:rsidRPr="00F10130">
                  <w:rPr>
                    <w:rFonts w:ascii="Segoe UI" w:hAnsi="Segoe UI" w:cs="Segoe UI"/>
                    <w:i/>
                    <w:color w:val="7A8493"/>
                  </w:rPr>
                  <w:t>Hier eingeben ...</w:t>
                </w:r>
              </w:sdtContent>
            </w:sdt>
            <w:r w:rsidR="000C15F7" w:rsidRPr="00F10130">
              <w:rPr>
                <w:rFonts w:ascii="Segoe UI" w:hAnsi="Segoe UI" w:cs="Segoe UI"/>
              </w:rPr>
              <w:br/>
              <w:t xml:space="preserve"> </w:t>
            </w:r>
            <w:r w:rsidR="000C15F7" w:rsidRPr="00F10130">
              <w:rPr>
                <w:rFonts w:ascii="Segoe UI" w:hAnsi="Segoe UI" w:cs="Segoe UI"/>
              </w:rPr>
              <w:br/>
              <w:t xml:space="preserve"> </w:t>
            </w:r>
            <w:r w:rsidR="000C15F7" w:rsidRPr="00F10130">
              <w:rPr>
                <w:rFonts w:ascii="Segoe UI" w:hAnsi="Segoe UI" w:cs="Segoe UI"/>
              </w:rPr>
              <w:br/>
              <w:t xml:space="preserve"> </w:t>
            </w:r>
            <w:r w:rsidR="00D2719F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0C15F7" w:rsidRPr="00F10130">
              <w:rPr>
                <w:rFonts w:ascii="Segoe UI" w:hAnsi="Segoe UI" w:cs="Segoe UI"/>
              </w:rPr>
              <w:br/>
              <w:t xml:space="preserve"> </w:t>
            </w:r>
            <w:r w:rsidR="00D2719F">
              <w:rPr>
                <w:rFonts w:ascii="Segoe UI" w:hAnsi="Segoe UI" w:cs="Segoe UI"/>
              </w:rPr>
              <w:br/>
            </w:r>
            <w:r w:rsidR="00204F95">
              <w:rPr>
                <w:rFonts w:ascii="Segoe UI" w:hAnsi="Segoe UI" w:cs="Segoe UI"/>
              </w:rPr>
              <w:br/>
            </w:r>
            <w:r w:rsidR="00204F95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222190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D2719F">
              <w:rPr>
                <w:rFonts w:ascii="Segoe UI" w:hAnsi="Segoe UI" w:cs="Segoe UI"/>
              </w:rPr>
              <w:br/>
            </w:r>
            <w:r w:rsidR="000C15F7" w:rsidRPr="00F10130">
              <w:rPr>
                <w:rFonts w:ascii="Segoe UI" w:hAnsi="Segoe UI" w:cs="Segoe UI"/>
              </w:rPr>
              <w:br/>
              <w:t xml:space="preserve"> </w:t>
            </w:r>
          </w:p>
        </w:tc>
      </w:tr>
    </w:tbl>
    <w:p w14:paraId="600E581F" w14:textId="77ECC3FC" w:rsidR="00292061" w:rsidRPr="00B7003D" w:rsidRDefault="00222190">
      <w:pPr>
        <w:spacing w:before="80"/>
        <w:rPr>
          <w:rFonts w:ascii="Segoe UI" w:hAnsi="Segoe UI" w:cs="Segoe UI"/>
          <w:i/>
          <w:color w:val="69707A"/>
          <w:sz w:val="18"/>
          <w:lang w:val="de-LI"/>
        </w:rPr>
      </w:pPr>
      <w:r w:rsidRPr="00B7003D">
        <w:rPr>
          <w:rFonts w:ascii="Segoe UI" w:hAnsi="Segoe UI" w:cs="Segoe UI"/>
          <w:i/>
          <w:color w:val="69707A"/>
          <w:sz w:val="18"/>
          <w:lang w:val="de-LI"/>
        </w:rPr>
        <w:t>(allenfalls</w:t>
      </w:r>
      <w:r w:rsidRPr="00B7003D">
        <w:rPr>
          <w:rFonts w:ascii="Segoe UI" w:hAnsi="Segoe UI" w:cs="Segoe UI"/>
          <w:i/>
          <w:iCs/>
          <w:sz w:val="20"/>
          <w:szCs w:val="20"/>
          <w:lang w:val="de-LI"/>
        </w:rPr>
        <w:t xml:space="preserve"> </w:t>
      </w:r>
      <w:r w:rsidRPr="00B7003D">
        <w:rPr>
          <w:rFonts w:ascii="Segoe UI" w:hAnsi="Segoe UI" w:cs="Segoe UI"/>
          <w:i/>
          <w:color w:val="69707A"/>
          <w:sz w:val="18"/>
          <w:lang w:val="de-LI"/>
        </w:rPr>
        <w:t>weitere</w:t>
      </w:r>
      <w:r w:rsidRPr="00B7003D">
        <w:rPr>
          <w:rFonts w:ascii="Segoe UI" w:hAnsi="Segoe UI" w:cs="Segoe UI"/>
          <w:i/>
          <w:iCs/>
          <w:sz w:val="20"/>
          <w:szCs w:val="20"/>
          <w:lang w:val="de-LI"/>
        </w:rPr>
        <w:t xml:space="preserve"> </w:t>
      </w:r>
      <w:r w:rsidRPr="00B7003D">
        <w:rPr>
          <w:rFonts w:ascii="Segoe UI" w:hAnsi="Segoe UI" w:cs="Segoe UI"/>
          <w:i/>
          <w:color w:val="69707A"/>
          <w:sz w:val="18"/>
          <w:lang w:val="de-LI"/>
        </w:rPr>
        <w:t>Seiten</w:t>
      </w:r>
      <w:r w:rsidRPr="00B7003D">
        <w:rPr>
          <w:rFonts w:ascii="Segoe UI" w:hAnsi="Segoe UI" w:cs="Segoe UI"/>
          <w:i/>
          <w:iCs/>
          <w:sz w:val="20"/>
          <w:szCs w:val="20"/>
          <w:lang w:val="de-LI"/>
        </w:rPr>
        <w:t xml:space="preserve"> </w:t>
      </w:r>
      <w:r w:rsidRPr="00B7003D">
        <w:rPr>
          <w:rFonts w:ascii="Segoe UI" w:hAnsi="Segoe UI" w:cs="Segoe UI"/>
          <w:i/>
          <w:color w:val="69707A"/>
          <w:sz w:val="18"/>
          <w:lang w:val="de-LI"/>
        </w:rPr>
        <w:t>frei</w:t>
      </w:r>
      <w:r w:rsidRPr="00B7003D">
        <w:rPr>
          <w:rFonts w:ascii="Segoe UI" w:hAnsi="Segoe UI" w:cs="Segoe UI"/>
          <w:i/>
          <w:iCs/>
          <w:sz w:val="20"/>
          <w:szCs w:val="20"/>
          <w:lang w:val="de-LI"/>
        </w:rPr>
        <w:t xml:space="preserve"> </w:t>
      </w:r>
      <w:r w:rsidRPr="00B7003D">
        <w:rPr>
          <w:rFonts w:ascii="Segoe UI" w:hAnsi="Segoe UI" w:cs="Segoe UI"/>
          <w:i/>
          <w:color w:val="69707A"/>
          <w:sz w:val="18"/>
          <w:lang w:val="de-LI"/>
        </w:rPr>
        <w:t>hinzufügen)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292061" w:rsidRPr="00F10130" w14:paraId="34194B44" w14:textId="77777777" w:rsidTr="00204F95">
        <w:trPr>
          <w:cantSplit/>
          <w:jc w:val="center"/>
        </w:trPr>
        <w:tc>
          <w:tcPr>
            <w:tcW w:w="9638" w:type="dxa"/>
            <w:tcBorders>
              <w:top w:val="single" w:sz="6" w:space="0" w:color="D7DEE8"/>
              <w:left w:val="single" w:sz="6" w:space="0" w:color="D7DEE8"/>
              <w:bottom w:val="single" w:sz="6" w:space="0" w:color="D7DEE8"/>
              <w:right w:val="single" w:sz="6" w:space="0" w:color="D7DEE8"/>
            </w:tcBorders>
            <w:shd w:val="clear" w:color="auto" w:fill="F2F5F9"/>
            <w:tcMar>
              <w:top w:w="170" w:type="dxa"/>
              <w:left w:w="200" w:type="dxa"/>
              <w:bottom w:w="170" w:type="dxa"/>
              <w:right w:w="200" w:type="dxa"/>
            </w:tcMar>
          </w:tcPr>
          <w:p w14:paraId="21577B13" w14:textId="77777777" w:rsidR="00292061" w:rsidRPr="00F10130" w:rsidRDefault="000C15F7">
            <w:pPr>
              <w:rPr>
                <w:rFonts w:ascii="Segoe UI" w:hAnsi="Segoe UI" w:cs="Segoe UI"/>
              </w:rPr>
            </w:pPr>
            <w:r w:rsidRPr="00B7003D">
              <w:rPr>
                <w:rFonts w:ascii="Segoe UI" w:hAnsi="Segoe UI" w:cs="Segoe UI"/>
                <w:b/>
                <w:lang w:val="de-LI"/>
              </w:rPr>
              <w:t xml:space="preserve">Hinweis zur Bearbeitung: </w:t>
            </w:r>
            <w:r w:rsidRPr="00B7003D">
              <w:rPr>
                <w:rFonts w:ascii="Segoe UI" w:hAnsi="Segoe UI" w:cs="Segoe UI"/>
                <w:lang w:val="de-LI"/>
              </w:rPr>
              <w:t xml:space="preserve">Die eingegangenen Mitwirkungseingaben werden im Rahmen der weiteren Bearbeitung der Ortsplanungsrevision geprüft. </w:t>
            </w:r>
            <w:r w:rsidRPr="00F10130">
              <w:rPr>
                <w:rFonts w:ascii="Segoe UI" w:hAnsi="Segoe UI" w:cs="Segoe UI"/>
              </w:rPr>
              <w:t xml:space="preserve">Die </w:t>
            </w:r>
            <w:proofErr w:type="spellStart"/>
            <w:r w:rsidRPr="00F10130">
              <w:rPr>
                <w:rFonts w:ascii="Segoe UI" w:hAnsi="Segoe UI" w:cs="Segoe UI"/>
              </w:rPr>
              <w:t>Ergebnisse</w:t>
            </w:r>
            <w:proofErr w:type="spellEnd"/>
            <w:r w:rsidRPr="00F10130">
              <w:rPr>
                <w:rFonts w:ascii="Segoe UI" w:hAnsi="Segoe UI" w:cs="Segoe UI"/>
              </w:rPr>
              <w:t xml:space="preserve"> </w:t>
            </w:r>
            <w:proofErr w:type="spellStart"/>
            <w:r w:rsidRPr="00F10130">
              <w:rPr>
                <w:rFonts w:ascii="Segoe UI" w:hAnsi="Segoe UI" w:cs="Segoe UI"/>
              </w:rPr>
              <w:t>werden</w:t>
            </w:r>
            <w:proofErr w:type="spellEnd"/>
            <w:r w:rsidRPr="00F10130">
              <w:rPr>
                <w:rFonts w:ascii="Segoe UI" w:hAnsi="Segoe UI" w:cs="Segoe UI"/>
              </w:rPr>
              <w:t xml:space="preserve"> </w:t>
            </w:r>
            <w:proofErr w:type="spellStart"/>
            <w:r w:rsidRPr="00F10130">
              <w:rPr>
                <w:rFonts w:ascii="Segoe UI" w:hAnsi="Segoe UI" w:cs="Segoe UI"/>
              </w:rPr>
              <w:t>zusammengefasst</w:t>
            </w:r>
            <w:proofErr w:type="spellEnd"/>
            <w:r w:rsidRPr="00F10130">
              <w:rPr>
                <w:rFonts w:ascii="Segoe UI" w:hAnsi="Segoe UI" w:cs="Segoe UI"/>
              </w:rPr>
              <w:t xml:space="preserve"> und im Mitwirkungsbericht dokumentiert.</w:t>
            </w:r>
          </w:p>
        </w:tc>
      </w:tr>
    </w:tbl>
    <w:p w14:paraId="49692E7E" w14:textId="77777777" w:rsidR="00292061" w:rsidRPr="00B7003D" w:rsidRDefault="000C15F7">
      <w:pPr>
        <w:spacing w:before="180"/>
        <w:jc w:val="center"/>
        <w:rPr>
          <w:rFonts w:ascii="Segoe UI" w:hAnsi="Segoe UI" w:cs="Segoe UI"/>
          <w:color w:val="C00000"/>
          <w:lang w:val="de-LI"/>
        </w:rPr>
      </w:pPr>
      <w:r w:rsidRPr="00B7003D">
        <w:rPr>
          <w:rFonts w:ascii="Segoe UI" w:hAnsi="Segoe UI" w:cs="Segoe UI"/>
          <w:b/>
          <w:color w:val="C00000"/>
          <w:sz w:val="22"/>
          <w:lang w:val="de-LI"/>
        </w:rPr>
        <w:t>Vielen Dank für Ihre Rückmeldung.</w:t>
      </w:r>
    </w:p>
    <w:sectPr w:rsidR="00292061" w:rsidRPr="00B7003D" w:rsidSect="00034616">
      <w:footerReference w:type="default" r:id="rId8"/>
      <w:pgSz w:w="11906" w:h="16838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58C9A" w14:textId="77777777" w:rsidR="00626DAD" w:rsidRDefault="00626DAD">
      <w:pPr>
        <w:spacing w:after="0" w:line="240" w:lineRule="auto"/>
      </w:pPr>
      <w:r>
        <w:separator/>
      </w:r>
    </w:p>
  </w:endnote>
  <w:endnote w:type="continuationSeparator" w:id="0">
    <w:p w14:paraId="3D1165BB" w14:textId="77777777" w:rsidR="00626DAD" w:rsidRDefault="0062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DDAB" w14:textId="77777777" w:rsidR="00292061" w:rsidRDefault="000C15F7">
    <w:pPr>
      <w:pStyle w:val="Fuzeile"/>
      <w:jc w:val="center"/>
    </w:pPr>
    <w:r>
      <w:rPr>
        <w:color w:val="787D84"/>
        <w:sz w:val="16"/>
      </w:rPr>
      <w:t>Ortsplanungsrevision Witterswil | Mitwirkung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470B6" w14:textId="77777777" w:rsidR="00626DAD" w:rsidRDefault="00626DAD">
      <w:pPr>
        <w:spacing w:after="0" w:line="240" w:lineRule="auto"/>
      </w:pPr>
      <w:r>
        <w:separator/>
      </w:r>
    </w:p>
  </w:footnote>
  <w:footnote w:type="continuationSeparator" w:id="0">
    <w:p w14:paraId="69DB82C5" w14:textId="77777777" w:rsidR="00626DAD" w:rsidRDefault="00626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4690905">
    <w:abstractNumId w:val="8"/>
  </w:num>
  <w:num w:numId="2" w16cid:durableId="722631803">
    <w:abstractNumId w:val="6"/>
  </w:num>
  <w:num w:numId="3" w16cid:durableId="1208222306">
    <w:abstractNumId w:val="5"/>
  </w:num>
  <w:num w:numId="4" w16cid:durableId="2134252583">
    <w:abstractNumId w:val="4"/>
  </w:num>
  <w:num w:numId="5" w16cid:durableId="1985619339">
    <w:abstractNumId w:val="7"/>
  </w:num>
  <w:num w:numId="6" w16cid:durableId="39667255">
    <w:abstractNumId w:val="3"/>
  </w:num>
  <w:num w:numId="7" w16cid:durableId="1312518297">
    <w:abstractNumId w:val="2"/>
  </w:num>
  <w:num w:numId="8" w16cid:durableId="1084764539">
    <w:abstractNumId w:val="1"/>
  </w:num>
  <w:num w:numId="9" w16cid:durableId="146099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5F7"/>
    <w:rsid w:val="0015074B"/>
    <w:rsid w:val="00204F95"/>
    <w:rsid w:val="00222190"/>
    <w:rsid w:val="00292061"/>
    <w:rsid w:val="0029639D"/>
    <w:rsid w:val="00326F90"/>
    <w:rsid w:val="00584102"/>
    <w:rsid w:val="00626DAD"/>
    <w:rsid w:val="006C6217"/>
    <w:rsid w:val="006F11AB"/>
    <w:rsid w:val="00761335"/>
    <w:rsid w:val="007E7F64"/>
    <w:rsid w:val="00992D2B"/>
    <w:rsid w:val="00A44ABA"/>
    <w:rsid w:val="00AA1D8D"/>
    <w:rsid w:val="00AB3F13"/>
    <w:rsid w:val="00B47730"/>
    <w:rsid w:val="00B7003D"/>
    <w:rsid w:val="00CB0664"/>
    <w:rsid w:val="00D2719F"/>
    <w:rsid w:val="00DF3253"/>
    <w:rsid w:val="00F101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62B407"/>
  <w14:defaultImageDpi w14:val="330"/>
  <w15:docId w15:val="{951E7791-CF5B-4B91-9CC1-418C15F8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rPr>
      <w:rFonts w:ascii="Aptos Display" w:hAnsi="Aptos Display"/>
      <w:b/>
      <w:color w:val="1F4E79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Wepler, Claus</cp:lastModifiedBy>
  <cp:revision>7</cp:revision>
  <cp:lastPrinted>2026-10-22T10:52:00Z</cp:lastPrinted>
  <dcterms:created xsi:type="dcterms:W3CDTF">2026-09-16T08:25:00Z</dcterms:created>
  <dcterms:modified xsi:type="dcterms:W3CDTF">2026-10-22T10:53:00Z</dcterms:modified>
  <cp:category/>
</cp:coreProperties>
</file>